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DC17E" w14:textId="2378A6F5" w:rsidR="00102A1D" w:rsidRDefault="003968E4">
      <w:pPr>
        <w:pStyle w:val="Title"/>
      </w:pPr>
      <w:r>
        <w:t>2026-os Munka</w:t>
      </w:r>
      <w:r w:rsidR="00F14327">
        <w:t>erőpiaci munka</w:t>
      </w:r>
      <w:r>
        <w:t>jogi Munkacsoport Éves Ülésterv</w:t>
      </w:r>
    </w:p>
    <w:p w14:paraId="305DACEB" w14:textId="77777777" w:rsidR="00256BBC" w:rsidRDefault="00256BBC" w:rsidP="00256BBC"/>
    <w:p w14:paraId="186901E6" w14:textId="77777777" w:rsidR="00135002" w:rsidRPr="00135002" w:rsidRDefault="00135002" w:rsidP="00135002">
      <w:pPr>
        <w:numPr>
          <w:ilvl w:val="0"/>
          <w:numId w:val="21"/>
        </w:num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Munkacsoport vezető rövid bemutatkozása és személyes motiváció </w:t>
      </w:r>
    </w:p>
    <w:p w14:paraId="0F7A815D" w14:textId="77777777" w:rsidR="00135002" w:rsidRPr="00135002" w:rsidRDefault="00135002" w:rsidP="00135002">
      <w:pPr>
        <w:rPr>
          <w:b/>
          <w:bCs/>
          <w:lang w:val="hu-HU"/>
        </w:rPr>
      </w:pPr>
    </w:p>
    <w:p w14:paraId="69C19816" w14:textId="706BA70C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>A munkacsoportot 202</w:t>
      </w:r>
      <w:r>
        <w:rPr>
          <w:b/>
          <w:bCs/>
          <w:lang w:val="hu-HU"/>
        </w:rPr>
        <w:t>6</w:t>
      </w:r>
      <w:r w:rsidRPr="00135002">
        <w:rPr>
          <w:b/>
          <w:bCs/>
          <w:lang w:val="hu-HU"/>
        </w:rPr>
        <w:t xml:space="preserve"> -ben társvezetők vezetik. </w:t>
      </w:r>
    </w:p>
    <w:p w14:paraId="42F472E3" w14:textId="77777777" w:rsidR="00135002" w:rsidRPr="00135002" w:rsidRDefault="00135002" w:rsidP="00135002">
      <w:pPr>
        <w:rPr>
          <w:b/>
          <w:bCs/>
          <w:lang w:val="hu-HU"/>
        </w:rPr>
      </w:pPr>
    </w:p>
    <w:p w14:paraId="36E841B6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Bálint Viktor a Codecool egyik alapítója és társ-ügyvezetője, amely a közép-európai régió egyik legnagyobb digitális készségfejlesztéssel foglalkozó cégcsoportja. Jelenleg a nemzetközi terjeszkedésért, az értékesítésért, a marketingért, a termékfejlesztésért és a vállalati üzletágért felelős. Fő missziója a munkaerőpiac számára szükséges digitális készségek fejlesztése széles társadalmi csoportokban – elsődleges motivációja az IVSZ Munkaerőpiaci Munkacsoportjának társ-vezetésére innen jön.  </w:t>
      </w:r>
    </w:p>
    <w:p w14:paraId="072DB564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>Az elmúlt közel 10 évben a BnL cégcsoportban is aktívan tevékenykedik, ahol innovatív technológiai vállalatok fejlesztésével foglalkozik, több céget mentorál. Viktor alapvető szerepet játszott az első hazai fintech exit létrejöttében is: részese volt az IND Group sikerének. Karrierje során Viktor prominens nemzetközi nagyvállalatoknál szerzett tapasztalatokat, többek között a Misysnél, a PwC Magyarországnál és a Sanománál, ahol marketing és üzletfejlesztési vezetői pozíciókat töltött be.</w:t>
      </w:r>
    </w:p>
    <w:p w14:paraId="7F9481BC" w14:textId="77777777" w:rsidR="00135002" w:rsidRPr="00135002" w:rsidRDefault="00135002" w:rsidP="00135002">
      <w:pPr>
        <w:rPr>
          <w:b/>
          <w:bCs/>
          <w:lang w:val="hu-HU"/>
        </w:rPr>
      </w:pPr>
      <w:hyperlink r:id="rId6" w:history="1">
        <w:r w:rsidRPr="00135002">
          <w:rPr>
            <w:rStyle w:val="Hyperlink"/>
            <w:b/>
            <w:bCs/>
            <w:lang w:val="hu-HU"/>
          </w:rPr>
          <w:t>https://www.linkedin.com/in/viktorbalint/</w:t>
        </w:r>
      </w:hyperlink>
      <w:r w:rsidRPr="00135002">
        <w:rPr>
          <w:b/>
          <w:bCs/>
          <w:lang w:val="hu-HU"/>
        </w:rPr>
        <w:t xml:space="preserve"> </w:t>
      </w:r>
    </w:p>
    <w:p w14:paraId="7F420347" w14:textId="77777777" w:rsidR="00135002" w:rsidRPr="00135002" w:rsidRDefault="00135002" w:rsidP="00135002">
      <w:pPr>
        <w:rPr>
          <w:b/>
          <w:bCs/>
          <w:lang w:val="hu-HU"/>
        </w:rPr>
      </w:pPr>
    </w:p>
    <w:p w14:paraId="2284AFE8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Dr. Szeremley Réka  vállalati jogász, több jogterülettel is foglalkozott az elmúlt 28 évben,  ami az elmúlt években  munkajogi területtel is kiegészült. A mindennapi munka során felmerült kihívásokat,  tapasztalatokat más IVSZ tagokkal is szivesen megbeszéli </w:t>
      </w:r>
      <w:hyperlink r:id="rId7" w:history="1">
        <w:r w:rsidRPr="00135002">
          <w:rPr>
            <w:rStyle w:val="Hyperlink"/>
            <w:b/>
            <w:bCs/>
            <w:lang w:val="hu-HU"/>
          </w:rPr>
          <w:t>www.linkedin.com/in/reka-szeremley-dr-12382831</w:t>
        </w:r>
      </w:hyperlink>
    </w:p>
    <w:p w14:paraId="575D2D86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A munkacsoportnak az utóbbi években tagja vagy és szeretné ha minél élénkebb párbeszéd folyna az aktuális munkaerőpiaci és munkajogi témákban, trendekkel , törvényjavaslatokkal kapcsolatban  az IVSZ tagok között az üléseken és akár két ülés között is. </w:t>
      </w:r>
    </w:p>
    <w:p w14:paraId="2CA84A25" w14:textId="77777777" w:rsidR="00135002" w:rsidRPr="00135002" w:rsidRDefault="00135002" w:rsidP="00135002">
      <w:pPr>
        <w:rPr>
          <w:b/>
          <w:bCs/>
          <w:lang w:val="hu-HU"/>
        </w:rPr>
      </w:pPr>
    </w:p>
    <w:p w14:paraId="4F312676" w14:textId="77777777" w:rsidR="00135002" w:rsidRPr="00135002" w:rsidRDefault="00135002" w:rsidP="00135002">
      <w:pPr>
        <w:rPr>
          <w:b/>
          <w:bCs/>
          <w:lang w:val="hu-HU"/>
        </w:rPr>
      </w:pPr>
    </w:p>
    <w:p w14:paraId="2B9D5F79" w14:textId="77777777" w:rsidR="00135002" w:rsidRPr="00135002" w:rsidRDefault="00135002" w:rsidP="00135002">
      <w:pPr>
        <w:numPr>
          <w:ilvl w:val="0"/>
          <w:numId w:val="21"/>
        </w:numPr>
        <w:rPr>
          <w:b/>
          <w:bCs/>
          <w:lang w:val="hu-HU"/>
        </w:rPr>
      </w:pPr>
      <w:r w:rsidRPr="00135002">
        <w:rPr>
          <w:b/>
          <w:bCs/>
          <w:lang w:val="hu-HU"/>
        </w:rPr>
        <w:t>Munkacsoport leírása (miért jött létre, mi a relevanciája, kinek érdemes részt venni, célok)</w:t>
      </w:r>
    </w:p>
    <w:p w14:paraId="4F64804B" w14:textId="77777777" w:rsidR="00135002" w:rsidRPr="00135002" w:rsidRDefault="00135002" w:rsidP="00135002">
      <w:pPr>
        <w:rPr>
          <w:b/>
          <w:bCs/>
          <w:lang w:val="hu-HU"/>
        </w:rPr>
      </w:pPr>
    </w:p>
    <w:p w14:paraId="5D9AA731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>Egy már működő munkacsoport, szerintünk érdemes részt venni az IVSZ tagok közül azoknak, akik számára  a munkaerőpiaci változások és a technológia gyors terjedése, változása miatt keletkező kihívások húsbavágóak, akiket érdekelnek a trendek, a készségfejlesztés, az új generációk munkaerőpiaci integrálhatóságával kapcsolatos dilemmák, és a jogszabályváltozások dióhéjban. Várjuk a cégek vezetőit, jogászait, HR vezetőit, ESG Social részével foglalkozókat és minden érdeklődőt.</w:t>
      </w:r>
    </w:p>
    <w:p w14:paraId="110CFCDD" w14:textId="77777777" w:rsidR="00135002" w:rsidRPr="00135002" w:rsidRDefault="00135002" w:rsidP="00135002">
      <w:pPr>
        <w:rPr>
          <w:b/>
          <w:bCs/>
          <w:lang w:val="hu-HU"/>
        </w:rPr>
      </w:pPr>
    </w:p>
    <w:p w14:paraId="3A4D59A4" w14:textId="77777777" w:rsidR="00135002" w:rsidRPr="00135002" w:rsidRDefault="00135002" w:rsidP="00135002">
      <w:pPr>
        <w:numPr>
          <w:ilvl w:val="0"/>
          <w:numId w:val="21"/>
        </w:numPr>
        <w:rPr>
          <w:b/>
          <w:bCs/>
          <w:lang w:val="hu-HU"/>
        </w:rPr>
      </w:pPr>
      <w:r w:rsidRPr="00135002">
        <w:rPr>
          <w:b/>
          <w:bCs/>
          <w:lang w:val="hu-HU"/>
        </w:rPr>
        <w:t>Működési modell (pld. ülések formája, rendszeressége, kapcsolattartás módja)</w:t>
      </w:r>
    </w:p>
    <w:p w14:paraId="4474BAA0" w14:textId="77777777" w:rsidR="00135002" w:rsidRPr="00135002" w:rsidRDefault="00135002" w:rsidP="00135002">
      <w:pPr>
        <w:rPr>
          <w:b/>
          <w:bCs/>
          <w:lang w:val="hu-HU"/>
        </w:rPr>
      </w:pPr>
    </w:p>
    <w:p w14:paraId="4D2861FE" w14:textId="77777777" w:rsidR="00135002" w:rsidRPr="00135002" w:rsidRDefault="00135002" w:rsidP="00135002">
      <w:pPr>
        <w:rPr>
          <w:b/>
          <w:bCs/>
          <w:lang w:val="hu-HU"/>
        </w:rPr>
      </w:pPr>
    </w:p>
    <w:p w14:paraId="21442D42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Évi 10 rendszeres  ülést tervezünk, körülbelül fele munkaerőpiaci, készségfejlesztési témákban, másik fele inkább munkajogi/HR jellegű lenne. A munkacsoport társ-vezetése éppen erre lenne ideális felállás: felváltva kezelnénk a két társvezető szakmai profiljához jobban illeszkedő témákat. Rendkívüli események, illetve a munkacsoport tagjai által felvetett egyéb témaötletek okán további alkalmak is lehetségesek az év során. </w:t>
      </w:r>
    </w:p>
    <w:p w14:paraId="4F890A9A" w14:textId="77777777" w:rsidR="00135002" w:rsidRPr="00135002" w:rsidRDefault="00135002" w:rsidP="00135002">
      <w:pPr>
        <w:rPr>
          <w:b/>
          <w:bCs/>
          <w:lang w:val="hu-HU"/>
        </w:rPr>
      </w:pPr>
    </w:p>
    <w:p w14:paraId="576896AD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>Az ülések online, személyesen IVSZ helyszínen vagy más helyszínen esetleg hibrid lesznek megtartva  illetve tervezünk egy laza teadélutános fórumot is.</w:t>
      </w:r>
    </w:p>
    <w:p w14:paraId="626957CB" w14:textId="77777777" w:rsidR="00135002" w:rsidRPr="00135002" w:rsidRDefault="00135002" w:rsidP="00135002">
      <w:pPr>
        <w:rPr>
          <w:b/>
          <w:bCs/>
          <w:lang w:val="hu-HU"/>
        </w:rPr>
      </w:pPr>
    </w:p>
    <w:p w14:paraId="7E59E4A1" w14:textId="77777777" w:rsidR="00135002" w:rsidRPr="00135002" w:rsidRDefault="00135002" w:rsidP="00135002">
      <w:pPr>
        <w:rPr>
          <w:b/>
          <w:bCs/>
          <w:lang w:val="hu-HU"/>
        </w:rPr>
      </w:pPr>
      <w:r w:rsidRPr="00135002">
        <w:rPr>
          <w:b/>
          <w:bCs/>
          <w:lang w:val="hu-HU"/>
        </w:rPr>
        <w:t xml:space="preserve">Bármely IVSZ-es munkacsoport tag kereshet IVSZ-es email címünkön, az ülések között is – Szeremley Réka, Bálint Viktor. </w:t>
      </w:r>
    </w:p>
    <w:p w14:paraId="12687000" w14:textId="71D7ECE3" w:rsidR="00256BBC" w:rsidRPr="00256BBC" w:rsidRDefault="00256BBC" w:rsidP="00256BBC">
      <w:pPr>
        <w:rPr>
          <w:b/>
          <w:bCs/>
        </w:rPr>
      </w:pPr>
      <w:r w:rsidRPr="00256BBC">
        <w:rPr>
          <w:b/>
          <w:bCs/>
        </w:rPr>
        <w:t>Dr. Szeremley Réka és Bálint Viktor társvezetők</w:t>
      </w:r>
    </w:p>
    <w:p w14:paraId="52F3B02F" w14:textId="77777777" w:rsidR="00256BBC" w:rsidRDefault="00256BBC" w:rsidP="00256BBC"/>
    <w:p w14:paraId="22F84860" w14:textId="77777777" w:rsidR="009316BD" w:rsidRDefault="009316BD" w:rsidP="00256BBC"/>
    <w:p w14:paraId="77EE1F15" w14:textId="77777777" w:rsidR="009316BD" w:rsidRPr="00256BBC" w:rsidRDefault="009316BD" w:rsidP="00256BBC"/>
    <w:p w14:paraId="50BCCBF4" w14:textId="77777777" w:rsidR="00F14327" w:rsidRDefault="00F14327"/>
    <w:p w14:paraId="5127FDAD" w14:textId="6A93BEB5" w:rsidR="00F14327" w:rsidRPr="00F14327" w:rsidRDefault="00F14327" w:rsidP="007056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  <w:r w:rsidRPr="00F14327">
        <w:rPr>
          <w:b/>
          <w:bCs/>
        </w:rPr>
        <w:t>Kiegészítő program: Munka</w:t>
      </w:r>
      <w:r w:rsidR="00743C05">
        <w:rPr>
          <w:b/>
          <w:bCs/>
        </w:rPr>
        <w:t>csop</w:t>
      </w:r>
      <w:r w:rsidR="00A3000F">
        <w:rPr>
          <w:b/>
          <w:bCs/>
        </w:rPr>
        <w:t>i</w:t>
      </w:r>
      <w:r w:rsidR="00743C05">
        <w:rPr>
          <w:b/>
          <w:bCs/>
        </w:rPr>
        <w:t xml:space="preserve"> </w:t>
      </w:r>
      <w:r w:rsidRPr="00F14327">
        <w:rPr>
          <w:b/>
          <w:bCs/>
        </w:rPr>
        <w:t>Kávézó – Kötetlen online beszélgetés</w:t>
      </w:r>
    </w:p>
    <w:p w14:paraId="4A976CFC" w14:textId="22A29854" w:rsidR="007056E4" w:rsidRDefault="00F14327" w:rsidP="007056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F14327">
        <w:rPr>
          <w:b/>
          <w:bCs/>
        </w:rPr>
        <w:t xml:space="preserve">- Időpont: </w:t>
      </w:r>
      <w:r w:rsidR="006C56C3">
        <w:rPr>
          <w:b/>
          <w:bCs/>
        </w:rPr>
        <w:t>kb évi 4 szer</w:t>
      </w:r>
      <w:r w:rsidRPr="00F14327">
        <w:rPr>
          <w:b/>
          <w:bCs/>
        </w:rPr>
        <w:br/>
      </w:r>
      <w:r>
        <w:t>- Formátum: Online, informális beszélgetés (pl. Teams vagy Zoom)</w:t>
      </w:r>
      <w:r>
        <w:br/>
        <w:t>- Cél:</w:t>
      </w:r>
      <w:r>
        <w:br/>
        <w:t xml:space="preserve">  - Lehetőséget biztosítani a tagoknak, hogy anonim </w:t>
      </w:r>
      <w:r w:rsidR="009E67A3">
        <w:t>jelleggel</w:t>
      </w:r>
      <w:r>
        <w:t xml:space="preserve"> megosszák aktuális kérdéseiket, dilemmáikat</w:t>
      </w:r>
      <w:r w:rsidR="003968E4">
        <w:t xml:space="preserve"> a munkaer</w:t>
      </w:r>
      <w:r w:rsidR="00A3000F">
        <w:t>ő</w:t>
      </w:r>
      <w:r w:rsidR="003968E4">
        <w:t>piaccal vagy munkajoggal kapcsolatosan</w:t>
      </w:r>
      <w:r>
        <w:t xml:space="preserve"> Tapasztalatcsere, közös gondolkodás, támogatás</w:t>
      </w:r>
      <w:r>
        <w:br/>
        <w:t xml:space="preserve">  - Előkészítő fórum a következő havi ülés témájához</w:t>
      </w:r>
      <w:r>
        <w:br/>
        <w:t xml:space="preserve">- Moderálás: A </w:t>
      </w:r>
      <w:r w:rsidR="009E67A3">
        <w:t>Munkacsopi</w:t>
      </w:r>
      <w:r>
        <w:t xml:space="preserve"> vezető (vagy rotációs alapon egy tag) moderálja</w:t>
      </w:r>
      <w:r>
        <w:br/>
        <w:t>- Anonimitás biztosítása:</w:t>
      </w:r>
      <w:r>
        <w:br/>
        <w:t xml:space="preserve">  - Előzetes kérdésbeküldés anonim formában (pl. Google Form)</w:t>
      </w:r>
      <w:r>
        <w:br/>
        <w:t xml:space="preserve">  - A moderátor aggregáltan ismerteti a témákat</w:t>
      </w:r>
    </w:p>
    <w:p w14:paraId="69E3F9D4" w14:textId="7301133E" w:rsidR="007056E4" w:rsidRDefault="007056E4" w:rsidP="007056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20"/>
      </w:pPr>
      <w:r>
        <w:t>Vagy személyes kérdezés a kávézás során</w:t>
      </w:r>
      <w:r w:rsidR="009E67A3">
        <w:t xml:space="preserve"> </w:t>
      </w:r>
    </w:p>
    <w:p w14:paraId="51720579" w14:textId="77777777" w:rsidR="00102A1D" w:rsidRDefault="003968E4">
      <w:pPr>
        <w:pStyle w:val="Heading1"/>
      </w:pPr>
      <w:r>
        <w:t>Január</w:t>
      </w:r>
    </w:p>
    <w:p w14:paraId="4B72A779" w14:textId="77777777" w:rsidR="00261A72" w:rsidRDefault="00261A72"/>
    <w:p w14:paraId="26891353" w14:textId="65196293" w:rsidR="00102A1D" w:rsidRDefault="003968E4">
      <w:r>
        <w:t>Tagvállalati igények felmérése</w:t>
      </w:r>
      <w:r w:rsidR="008312C2">
        <w:t xml:space="preserve">, </w:t>
      </w:r>
      <w:r>
        <w:t xml:space="preserve">  - Előzetes kérdésbeküldés </w:t>
      </w:r>
      <w:r w:rsidR="00005AE5">
        <w:t>,</w:t>
      </w:r>
      <w:r w:rsidR="008312C2">
        <w:t xml:space="preserve"> </w:t>
      </w:r>
      <w:r w:rsidR="00005AE5">
        <w:t xml:space="preserve"> </w:t>
      </w:r>
      <w:r>
        <w:t xml:space="preserve">  - </w:t>
      </w:r>
      <w:r w:rsidR="00BC0147">
        <w:t>emailben</w:t>
      </w:r>
    </w:p>
    <w:p w14:paraId="73B72886" w14:textId="60E47961" w:rsidR="00102A1D" w:rsidRDefault="006C56C3" w:rsidP="00D36D30">
      <w:r w:rsidRPr="006C56C3">
        <w:rPr>
          <w:b/>
          <w:bCs/>
        </w:rPr>
        <w:t>2026. Január 29</w:t>
      </w:r>
      <w:r>
        <w:t xml:space="preserve"> PWC - Dr. Szűcs lászló- </w:t>
      </w:r>
      <w:r w:rsidRPr="00A20934">
        <w:t xml:space="preserve">A </w:t>
      </w:r>
      <w:r w:rsidRPr="00A20934">
        <w:rPr>
          <w:i/>
          <w:iCs/>
        </w:rPr>
        <w:t xml:space="preserve">"contingent workforce" </w:t>
      </w:r>
      <w:r w:rsidRPr="00A20934">
        <w:t>fogalma, típusai, a kapcsolódó jogalkotási/jogalkalmazói dilemmák</w:t>
      </w:r>
    </w:p>
    <w:p w14:paraId="3DA0D942" w14:textId="016FA0ED" w:rsidR="00102A1D" w:rsidRDefault="003968E4">
      <w:pPr>
        <w:pStyle w:val="Heading1"/>
      </w:pPr>
      <w:r>
        <w:t>Március</w:t>
      </w:r>
      <w:r w:rsidR="00966FD8">
        <w:t xml:space="preserve"> 19 </w:t>
      </w:r>
    </w:p>
    <w:p w14:paraId="4ECAF3FA" w14:textId="77777777" w:rsidR="00196ADA" w:rsidRDefault="00196ADA" w:rsidP="00196ADA"/>
    <w:p w14:paraId="4D238D1A" w14:textId="5425E05F" w:rsidR="00196ADA" w:rsidRDefault="00966FD8" w:rsidP="00196ADA">
      <w:r>
        <w:t>Bért</w:t>
      </w:r>
      <w:r w:rsidR="006742AA">
        <w:t>ranszparencia a gyakorlatban OLM szoftverdemo és kérdezési lehetőség</w:t>
      </w:r>
    </w:p>
    <w:p w14:paraId="63C88727" w14:textId="09BB485B" w:rsidR="006742AA" w:rsidRDefault="006742AA" w:rsidP="006742AA">
      <w:pPr>
        <w:pStyle w:val="Heading1"/>
      </w:pPr>
      <w:r>
        <w:lastRenderedPageBreak/>
        <w:t xml:space="preserve">Március </w:t>
      </w:r>
      <w:r w:rsidR="002B3784">
        <w:t>31</w:t>
      </w:r>
    </w:p>
    <w:p w14:paraId="7B654E0D" w14:textId="2AB6076C" w:rsidR="002B3784" w:rsidRDefault="002B3784" w:rsidP="002B3784">
      <w:r>
        <w:t>Munkaerőpiaci alkalom</w:t>
      </w:r>
    </w:p>
    <w:p w14:paraId="68DD5083" w14:textId="507C2A84" w:rsidR="002B3784" w:rsidRDefault="002B3784" w:rsidP="002B3784">
      <w:pPr>
        <w:rPr>
          <w:b/>
          <w:bCs/>
        </w:rPr>
      </w:pPr>
      <w:r w:rsidRPr="002B3784">
        <w:rPr>
          <w:b/>
          <w:bCs/>
        </w:rPr>
        <w:t xml:space="preserve">Hová tartanak a bérek? </w:t>
      </w:r>
      <w:r w:rsidR="00061882">
        <w:rPr>
          <w:b/>
          <w:bCs/>
        </w:rPr>
        <w:t xml:space="preserve"> - Bálint Viktor társvezető szervezésében</w:t>
      </w:r>
    </w:p>
    <w:p w14:paraId="7EBF38EE" w14:textId="77777777" w:rsidR="00061882" w:rsidRDefault="00061882" w:rsidP="002B3784">
      <w:pPr>
        <w:rPr>
          <w:b/>
          <w:bCs/>
        </w:rPr>
      </w:pPr>
    </w:p>
    <w:p w14:paraId="7E2A669B" w14:textId="45E61091" w:rsidR="00061882" w:rsidRPr="00061882" w:rsidRDefault="00061882" w:rsidP="00061882">
      <w:r>
        <w:t>A</w:t>
      </w:r>
      <w:r w:rsidRPr="00061882">
        <w:t>hogy tavaly is, idén is az év elején tartunk egy olyan munkacsoport ülést, amelyen meghívott szakértők segítségével járjuk körbe a szektor aktuális bér- és munkaerő-trendjeit. Ezúttal a Randstad Hungary friss kutatásai szolgálnak alapul a beszélgetéshez.</w:t>
      </w:r>
    </w:p>
    <w:p w14:paraId="3BAF4AC2" w14:textId="77777777" w:rsidR="00061882" w:rsidRPr="00061882" w:rsidRDefault="00061882" w:rsidP="00061882">
      <w:r w:rsidRPr="00061882">
        <w:rPr>
          <w:b/>
          <w:bCs/>
        </w:rPr>
        <w:t>A találkozó során az alábbi témákra fókuszálunk:</w:t>
      </w:r>
    </w:p>
    <w:p w14:paraId="4ED3D775" w14:textId="77777777" w:rsidR="00061882" w:rsidRPr="00061882" w:rsidRDefault="00061882" w:rsidP="00061882">
      <w:pPr>
        <w:numPr>
          <w:ilvl w:val="0"/>
          <w:numId w:val="18"/>
        </w:numPr>
      </w:pPr>
      <w:r w:rsidRPr="00061882">
        <w:t>ICT fizetési trendek és munkaerőpiaci körkép a HR Trends Survey legújabb adatai alapján</w:t>
      </w:r>
    </w:p>
    <w:p w14:paraId="2FFD7B52" w14:textId="77777777" w:rsidR="00061882" w:rsidRPr="00061882" w:rsidRDefault="00061882" w:rsidP="00061882">
      <w:pPr>
        <w:numPr>
          <w:ilvl w:val="0"/>
          <w:numId w:val="18"/>
        </w:numPr>
      </w:pPr>
      <w:r w:rsidRPr="00061882">
        <w:t>A Workmonitor 2026 kutatás legfontosabb megállapításai – munkavállalói elvárások és piaci mozgások</w:t>
      </w:r>
    </w:p>
    <w:p w14:paraId="2A70CE22" w14:textId="77777777" w:rsidR="00061882" w:rsidRPr="00061882" w:rsidRDefault="00061882" w:rsidP="00061882">
      <w:pPr>
        <w:numPr>
          <w:ilvl w:val="0"/>
          <w:numId w:val="18"/>
        </w:numPr>
      </w:pPr>
      <w:r w:rsidRPr="00061882">
        <w:t>Bértrendek és toborzási kihívások az IT szektorban</w:t>
      </w:r>
    </w:p>
    <w:p w14:paraId="44A0C3EB" w14:textId="77777777" w:rsidR="00061882" w:rsidRPr="00061882" w:rsidRDefault="00061882" w:rsidP="00061882">
      <w:r w:rsidRPr="00061882">
        <w:t>Az előadást a </w:t>
      </w:r>
      <w:r w:rsidRPr="00061882">
        <w:rPr>
          <w:b/>
          <w:bCs/>
        </w:rPr>
        <w:t>Randstad Hungary</w:t>
      </w:r>
      <w:r w:rsidRPr="00061882">
        <w:t> szakértői tartják:</w:t>
      </w:r>
    </w:p>
    <w:p w14:paraId="6688F8D8" w14:textId="77777777" w:rsidR="00061882" w:rsidRPr="00061882" w:rsidRDefault="00061882" w:rsidP="00061882">
      <w:r w:rsidRPr="00061882">
        <w:rPr>
          <w:b/>
          <w:bCs/>
        </w:rPr>
        <w:t>Demeter Csaba</w:t>
      </w:r>
      <w:r w:rsidRPr="00061882">
        <w:t>, operatív igazgató </w:t>
      </w:r>
    </w:p>
    <w:p w14:paraId="2FBF5494" w14:textId="77777777" w:rsidR="00061882" w:rsidRPr="00061882" w:rsidRDefault="00061882" w:rsidP="00061882">
      <w:r w:rsidRPr="00061882">
        <w:rPr>
          <w:b/>
          <w:bCs/>
        </w:rPr>
        <w:t>Dr. Gedeon Valéria</w:t>
      </w:r>
      <w:r w:rsidRPr="00061882">
        <w:t>, IT recruitment manager</w:t>
      </w:r>
    </w:p>
    <w:p w14:paraId="67E8F117" w14:textId="3D54DBAB" w:rsidR="00196ADA" w:rsidRDefault="00061882" w:rsidP="00061882">
      <w:r w:rsidRPr="00061882">
        <w:t xml:space="preserve">Az alkalom hibrid lesz – a kérdezés lehetőségével élni lehet. </w:t>
      </w:r>
    </w:p>
    <w:p w14:paraId="7554B152" w14:textId="77777777" w:rsidR="00196ADA" w:rsidRPr="00196ADA" w:rsidRDefault="00196ADA" w:rsidP="00196ADA"/>
    <w:p w14:paraId="49F8352A" w14:textId="2576560F" w:rsidR="00102A1D" w:rsidRDefault="003968E4">
      <w:pPr>
        <w:pStyle w:val="Heading1"/>
      </w:pPr>
      <w:r>
        <w:t>Április</w:t>
      </w:r>
    </w:p>
    <w:p w14:paraId="08A58D26" w14:textId="77777777" w:rsidR="00F92FD6" w:rsidRDefault="00F92FD6" w:rsidP="00F92FD6"/>
    <w:p w14:paraId="64763F9F" w14:textId="77777777" w:rsidR="00643E29" w:rsidRPr="00643E29" w:rsidRDefault="00D36D30" w:rsidP="00643E29">
      <w:r>
        <w:t>Április 16</w:t>
      </w:r>
      <w:r w:rsidR="00643E29">
        <w:t xml:space="preserve">. 14.30 </w:t>
      </w:r>
      <w:r w:rsidR="00643E29" w:rsidRPr="00643E29">
        <w:rPr>
          <w:b/>
          <w:bCs/>
        </w:rPr>
        <w:t>Előadóink</w:t>
      </w:r>
      <w:r w:rsidR="00643E29" w:rsidRPr="00643E29">
        <w:t>: </w:t>
      </w:r>
      <w:r w:rsidR="00643E29" w:rsidRPr="00643E29">
        <w:rPr>
          <w:b/>
          <w:bCs/>
        </w:rPr>
        <w:t>Dr. Szűcs László és Dr. Dékány Csilla (Réti, Várszegi &amp; Partners Law Firm - PricewaterhouseCoopers Legal)</w:t>
      </w:r>
    </w:p>
    <w:p w14:paraId="18EF2511" w14:textId="77777777" w:rsidR="00643E29" w:rsidRPr="00643E29" w:rsidRDefault="00643E29" w:rsidP="00643E29">
      <w:r w:rsidRPr="00643E29">
        <w:rPr>
          <w:b/>
          <w:bCs/>
        </w:rPr>
        <w:t>Helyszín</w:t>
      </w:r>
      <w:r w:rsidRPr="00643E29">
        <w:t>:  </w:t>
      </w:r>
      <w:r w:rsidRPr="00643E29">
        <w:rPr>
          <w:b/>
          <w:bCs/>
        </w:rPr>
        <w:t>IVSZ Iroda</w:t>
      </w:r>
      <w:r w:rsidRPr="00643E29">
        <w:t> (hybrid biztosítva, de biztatunk Titeket a személyes részvételre, sokkal hatékonyabb, hasznosabb, mert érdekesebb beszélgetéseket generál)</w:t>
      </w:r>
    </w:p>
    <w:p w14:paraId="296DB9CB" w14:textId="77777777" w:rsidR="00643E29" w:rsidRPr="00643E29" w:rsidRDefault="00643E29" w:rsidP="00643E29">
      <w:r w:rsidRPr="00643E29">
        <w:br/>
      </w:r>
    </w:p>
    <w:p w14:paraId="717D788F" w14:textId="77777777" w:rsidR="00643E29" w:rsidRPr="00643E29" w:rsidRDefault="00643E29" w:rsidP="00643E29">
      <w:r w:rsidRPr="00643E29">
        <w:rPr>
          <w:i/>
          <w:iCs/>
        </w:rPr>
        <w:t xml:space="preserve">Az MI alapú rendszereket használó munkáltató alkalmazónak minősül az MI rendelet alapján. Ennek megfelelően az alkalmazóra vonatkozó kötelezettségeket - a munkaviszony keretrendszerén belül - neki is alkalmazni kell. A prezentáció során bemutatjuk, hogy melyek ezek az MI rendeletből fakadó kötelezettségek, mit jelentenek a gyakorlatban, hogyan </w:t>
      </w:r>
      <w:r w:rsidRPr="00643E29">
        <w:rPr>
          <w:i/>
          <w:iCs/>
        </w:rPr>
        <w:lastRenderedPageBreak/>
        <w:t>változhatnak egyes iparágakban. Szintén kitérünk arra, hogy a HR rendszerén belül mi minősül magas kockázatú MI rendszernek és melyek a használathoz kapcsolódó többletkövetelmények.</w:t>
      </w:r>
    </w:p>
    <w:p w14:paraId="0D24C0AA" w14:textId="47D04CF3" w:rsidR="00D36D30" w:rsidRDefault="00643E29" w:rsidP="00643E29">
      <w:pPr>
        <w:pStyle w:val="Heading1"/>
      </w:pPr>
      <w:r>
        <w:t>Május Június</w:t>
      </w:r>
    </w:p>
    <w:p w14:paraId="4B9B16FC" w14:textId="77777777" w:rsidR="00643E29" w:rsidRPr="00643E29" w:rsidRDefault="00643E29" w:rsidP="00643E29"/>
    <w:p w14:paraId="72A347B4" w14:textId="77777777" w:rsidR="00F92FD6" w:rsidRPr="00240C8D" w:rsidRDefault="00F92FD6" w:rsidP="00F92FD6">
      <w:pPr>
        <w:rPr>
          <w:b/>
          <w:bCs/>
          <w:sz w:val="16"/>
          <w:szCs w:val="16"/>
        </w:rPr>
      </w:pPr>
      <w:r w:rsidRPr="00240C8D">
        <w:rPr>
          <w:b/>
          <w:bCs/>
          <w:sz w:val="16"/>
          <w:szCs w:val="16"/>
        </w:rPr>
        <w:t>Fizetési átláthatóság – Gender Pay Transparency</w:t>
      </w:r>
    </w:p>
    <w:p w14:paraId="7D02C351" w14:textId="77777777" w:rsidR="00F92FD6" w:rsidRPr="00AA46A5" w:rsidRDefault="00F92FD6" w:rsidP="00F92FD6">
      <w:pPr>
        <w:numPr>
          <w:ilvl w:val="1"/>
          <w:numId w:val="11"/>
        </w:numPr>
        <w:rPr>
          <w:sz w:val="16"/>
          <w:szCs w:val="16"/>
        </w:rPr>
      </w:pPr>
      <w:r w:rsidRPr="00AA46A5">
        <w:rPr>
          <w:sz w:val="16"/>
          <w:szCs w:val="16"/>
        </w:rPr>
        <w:t xml:space="preserve">A </w:t>
      </w:r>
      <w:r w:rsidRPr="00AA46A5">
        <w:rPr>
          <w:b/>
          <w:bCs/>
          <w:sz w:val="16"/>
          <w:szCs w:val="16"/>
        </w:rPr>
        <w:t>2023/970-es irányelv</w:t>
      </w:r>
      <w:r w:rsidRPr="00AA46A5">
        <w:rPr>
          <w:sz w:val="16"/>
          <w:szCs w:val="16"/>
        </w:rPr>
        <w:t xml:space="preserve"> átültetése kötelezően hatályba lép 2026. </w:t>
      </w:r>
      <w:r>
        <w:rPr>
          <w:sz w:val="16"/>
          <w:szCs w:val="16"/>
        </w:rPr>
        <w:t xml:space="preserve">Június 7. </w:t>
      </w:r>
      <w:r w:rsidRPr="00240C8D">
        <w:rPr>
          <w:sz w:val="16"/>
          <w:szCs w:val="16"/>
        </w:rPr>
        <w:t xml:space="preserve"> Mu</w:t>
      </w:r>
      <w:r w:rsidRPr="00AA46A5">
        <w:rPr>
          <w:sz w:val="16"/>
          <w:szCs w:val="16"/>
        </w:rPr>
        <w:t>nkáltatók számára fizetési sávok közlése az álláshirdetésekben,</w:t>
      </w:r>
      <w:r>
        <w:rPr>
          <w:sz w:val="16"/>
          <w:szCs w:val="16"/>
        </w:rPr>
        <w:t xml:space="preserve"> vagy k</w:t>
      </w:r>
      <w:r w:rsidRPr="00AA46A5">
        <w:rPr>
          <w:sz w:val="16"/>
          <w:szCs w:val="16"/>
        </w:rPr>
        <w:t xml:space="preserve"> és tilos kérd</w:t>
      </w:r>
      <w:r>
        <w:rPr>
          <w:sz w:val="16"/>
          <w:szCs w:val="16"/>
        </w:rPr>
        <w:t>ésőbb az interjúztatás sorá. Tilos kérd</w:t>
      </w:r>
      <w:r w:rsidRPr="00AA46A5">
        <w:rPr>
          <w:sz w:val="16"/>
          <w:szCs w:val="16"/>
        </w:rPr>
        <w:t>ezni a jelentkezők korábbi fizetését.</w:t>
      </w:r>
    </w:p>
    <w:p w14:paraId="08E1820C" w14:textId="77777777" w:rsidR="00196ADA" w:rsidRDefault="00196ADA" w:rsidP="00196ADA"/>
    <w:p w14:paraId="5C32789D" w14:textId="6576D7B3" w:rsidR="00973122" w:rsidRDefault="00196ADA" w:rsidP="00643E29">
      <w:pPr>
        <w:pStyle w:val="ListParagraph"/>
        <w:numPr>
          <w:ilvl w:val="0"/>
          <w:numId w:val="20"/>
        </w:numPr>
      </w:pPr>
      <w:r>
        <w:t xml:space="preserve">Bértranszparencia </w:t>
      </w:r>
      <w:r w:rsidR="006C56C3">
        <w:t xml:space="preserve">beszélgetésre szeretnénk meghívni </w:t>
      </w:r>
      <w:r w:rsidR="00643E29">
        <w:t xml:space="preserve">Minisztériumtól- </w:t>
      </w:r>
      <w:r w:rsidR="006C56C3" w:rsidRPr="00643E29">
        <w:rPr>
          <w:b/>
          <w:bCs/>
        </w:rPr>
        <w:t>Antoni Rita</w:t>
      </w:r>
      <w:r w:rsidR="006C56C3">
        <w:t xml:space="preserve"> főosztályvezető asszonyt a jogszabálytervekkel kapcsolatban</w:t>
      </w:r>
      <w:r w:rsidR="00BF11A7">
        <w:t xml:space="preserve"> deep dive</w:t>
      </w:r>
      <w:r w:rsidR="006C56C3">
        <w:t xml:space="preserve"> </w:t>
      </w:r>
      <w:r w:rsidR="00134F80">
        <w:t>az EU irányelv átültetése előtt és utána is majd junius 7 után valamikor</w:t>
      </w:r>
      <w:r w:rsidR="00BF11A7">
        <w:t xml:space="preserve"> a tapasztalatokról. </w:t>
      </w:r>
      <w:r w:rsidR="00134F80">
        <w:t xml:space="preserve"> </w:t>
      </w:r>
    </w:p>
    <w:p w14:paraId="3BCA39CC" w14:textId="47312B58" w:rsidR="00134F80" w:rsidRDefault="00643E29" w:rsidP="00196ADA">
      <w:r>
        <w:t xml:space="preserve"> -</w:t>
      </w:r>
      <w:r w:rsidR="00134F80">
        <w:t>Szeretnénk a jogszabélytervezet társadalmi konzultációjában részt venni</w:t>
      </w:r>
    </w:p>
    <w:p w14:paraId="4AE9D94C" w14:textId="17AB9646" w:rsidR="00061882" w:rsidRDefault="00643E29" w:rsidP="00196ADA">
      <w:r>
        <w:t xml:space="preserve">- </w:t>
      </w:r>
      <w:r w:rsidR="00061882">
        <w:t xml:space="preserve">Több </w:t>
      </w:r>
      <w:r w:rsidR="006C56C3">
        <w:t xml:space="preserve">IVSZ </w:t>
      </w:r>
      <w:r w:rsidR="00061882">
        <w:t xml:space="preserve"> tagvállalat </w:t>
      </w:r>
      <w:r w:rsidR="00134F80">
        <w:t xml:space="preserve">demo </w:t>
      </w:r>
      <w:r w:rsidR="00061882">
        <w:t>bemutatój</w:t>
      </w:r>
      <w:r w:rsidR="00BF11A7">
        <w:t>ának szivesen teret adunk</w:t>
      </w:r>
    </w:p>
    <w:p w14:paraId="78258D0F" w14:textId="1B0E613E" w:rsidR="00BF11A7" w:rsidRDefault="00BF11A7" w:rsidP="00FD28A8">
      <w:pPr>
        <w:ind w:firstLine="720"/>
      </w:pPr>
      <w:r>
        <w:t>Yette</w:t>
      </w:r>
      <w:r w:rsidR="00FD28A8">
        <w:t>l</w:t>
      </w:r>
      <w:r>
        <w:t xml:space="preserve"> </w:t>
      </w:r>
      <w:r w:rsidR="00FD28A8">
        <w:t xml:space="preserve">és </w:t>
      </w:r>
      <w:r>
        <w:t xml:space="preserve"> Nexon</w:t>
      </w:r>
      <w:r w:rsidR="00643E29">
        <w:t xml:space="preserve"> már jelezte </w:t>
      </w:r>
      <w:r w:rsidR="00FD28A8">
        <w:t>hogy részt venne</w:t>
      </w:r>
      <w:r>
        <w:t xml:space="preserve"> </w:t>
      </w:r>
      <w:r w:rsidR="00FD28A8">
        <w:t>de további részt vevő felajánlást is fogadjuk</w:t>
      </w:r>
    </w:p>
    <w:p w14:paraId="1A2B102B" w14:textId="77777777" w:rsidR="00256BBC" w:rsidRDefault="00256BBC" w:rsidP="00196ADA"/>
    <w:p w14:paraId="2472D8E2" w14:textId="0EB5B9C8" w:rsidR="00256BBC" w:rsidRDefault="00256BBC" w:rsidP="00256BBC">
      <w:pPr>
        <w:pStyle w:val="Heading1"/>
      </w:pPr>
      <w:r>
        <w:t>Július - Augusztus</w:t>
      </w:r>
    </w:p>
    <w:p w14:paraId="64F72A6E" w14:textId="77777777" w:rsidR="00256BBC" w:rsidRDefault="00256BBC" w:rsidP="00256BBC">
      <w:r>
        <w:t>Nyári szünet / informális egyeztetés</w:t>
      </w:r>
      <w:r>
        <w:br/>
        <w:t>- Online konzultáció aktuális kérdésekről</w:t>
      </w:r>
      <w:r>
        <w:br/>
        <w:t>- Felkészülés az őszi időszakra</w:t>
      </w:r>
    </w:p>
    <w:p w14:paraId="101F8660" w14:textId="77777777" w:rsidR="00256BBC" w:rsidRDefault="00256BBC" w:rsidP="00196ADA"/>
    <w:p w14:paraId="32D8ED18" w14:textId="4FA0BD4E" w:rsidR="00102A1D" w:rsidRDefault="00BF11A7">
      <w:pPr>
        <w:pStyle w:val="Heading1"/>
      </w:pPr>
      <w:r>
        <w:t>Ősz</w:t>
      </w:r>
    </w:p>
    <w:p w14:paraId="283967C7" w14:textId="77777777" w:rsidR="00256BBC" w:rsidRDefault="00256BBC" w:rsidP="00256BBC"/>
    <w:p w14:paraId="2F358F8F" w14:textId="2CF0E7E0" w:rsidR="009077CB" w:rsidRDefault="009077CB" w:rsidP="00256BBC">
      <w:r>
        <w:t>Alábbi témákból valamelyik</w:t>
      </w:r>
    </w:p>
    <w:p w14:paraId="031D0DB4" w14:textId="77777777" w:rsidR="009077CB" w:rsidRP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Generációs kihívások és digitális készségfejlesztés (X-Y-Z-Alfa együttműködés)</w:t>
      </w:r>
    </w:p>
    <w:p w14:paraId="0CA37169" w14:textId="77777777" w:rsidR="009077CB" w:rsidRP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AI és kiberbiztonság a munka világában (szabályzatok, kötelező képzések)</w:t>
      </w:r>
    </w:p>
    <w:p w14:paraId="75427367" w14:textId="77777777" w:rsidR="009077CB" w:rsidRP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Munkaidő és foglalkoztatási rugalmasság (home office, munkaidőkeret)</w:t>
      </w:r>
    </w:p>
    <w:p w14:paraId="11523856" w14:textId="77777777" w:rsidR="009077CB" w:rsidRP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Munkáltatói együttműködés munkavállalói képviseletekkel</w:t>
      </w:r>
    </w:p>
    <w:p w14:paraId="1A48049A" w14:textId="77777777" w:rsidR="009077CB" w:rsidRP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Fizetési és munkaerőpiaci trendek az IKT szektorban</w:t>
      </w:r>
    </w:p>
    <w:p w14:paraId="57E534C0" w14:textId="77777777" w:rsidR="009077CB" w:rsidRDefault="009077CB" w:rsidP="009077CB">
      <w:pPr>
        <w:numPr>
          <w:ilvl w:val="0"/>
          <w:numId w:val="19"/>
        </w:numPr>
        <w:rPr>
          <w:b/>
          <w:bCs/>
        </w:rPr>
      </w:pPr>
      <w:r w:rsidRPr="009077CB">
        <w:rPr>
          <w:b/>
          <w:bCs/>
        </w:rPr>
        <w:t>Digitális HR-megoldások, benchmarking, képzési pályázatok</w:t>
      </w:r>
    </w:p>
    <w:p w14:paraId="0E5D5305" w14:textId="77777777" w:rsidR="003944FC" w:rsidRPr="003944FC" w:rsidRDefault="003944FC" w:rsidP="003944FC">
      <w:pPr>
        <w:pStyle w:val="ListParagraph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44FC">
        <w:rPr>
          <w:rFonts w:ascii="Times New Roman" w:eastAsia="Times New Roman" w:hAnsi="Times New Roman" w:cs="Times New Roman"/>
        </w:rPr>
        <w:t>Munkavállalói adatvédelem és AI a HR-ben (GDPR, AI Act)</w:t>
      </w:r>
    </w:p>
    <w:p w14:paraId="2E64B882" w14:textId="77777777" w:rsidR="003944FC" w:rsidRPr="009077CB" w:rsidRDefault="003944FC" w:rsidP="003944FC">
      <w:pPr>
        <w:ind w:left="720"/>
        <w:rPr>
          <w:b/>
          <w:bCs/>
        </w:rPr>
      </w:pPr>
    </w:p>
    <w:p w14:paraId="3DCA8EE4" w14:textId="6A6A4216" w:rsidR="00256BBC" w:rsidRPr="00256BBC" w:rsidRDefault="00256BBC" w:rsidP="00256BBC"/>
    <w:p w14:paraId="309C25F4" w14:textId="77777777" w:rsidR="00BF11A7" w:rsidRPr="009077CB" w:rsidRDefault="00BF11A7">
      <w:pPr>
        <w:rPr>
          <w:b/>
          <w:bCs/>
        </w:rPr>
      </w:pPr>
      <w:r w:rsidRPr="009077CB">
        <w:rPr>
          <w:b/>
          <w:bCs/>
        </w:rPr>
        <w:t>Ha van jogszabályváltozás akkor majd azt feldolgozzuk</w:t>
      </w:r>
    </w:p>
    <w:p w14:paraId="51CCCD2A" w14:textId="77777777" w:rsidR="00D36D30" w:rsidRDefault="00D36D30">
      <w:pPr>
        <w:pStyle w:val="Heading1"/>
      </w:pPr>
    </w:p>
    <w:p w14:paraId="3D34B7BB" w14:textId="77777777" w:rsidR="00D36D30" w:rsidRDefault="00D36D30">
      <w:pPr>
        <w:pStyle w:val="Heading1"/>
      </w:pPr>
    </w:p>
    <w:p w14:paraId="25FD8A31" w14:textId="2B036B36" w:rsidR="00102A1D" w:rsidRDefault="003968E4">
      <w:pPr>
        <w:pStyle w:val="Heading1"/>
      </w:pPr>
      <w:r>
        <w:t>December</w:t>
      </w:r>
    </w:p>
    <w:p w14:paraId="1FD67921" w14:textId="1DFAA83F" w:rsidR="003968E4" w:rsidRDefault="003968E4">
      <w:r>
        <w:t xml:space="preserve">Évzáró Mikulás ülés személyesen </w:t>
      </w:r>
      <w:r w:rsidR="00256BBC">
        <w:t>kávézással egybekötve</w:t>
      </w:r>
    </w:p>
    <w:p w14:paraId="0AAB2E41" w14:textId="46F3F4FD" w:rsidR="00102A1D" w:rsidRDefault="003968E4" w:rsidP="003968E4">
      <w:pPr>
        <w:pStyle w:val="ListParagraph"/>
        <w:numPr>
          <w:ilvl w:val="0"/>
          <w:numId w:val="10"/>
        </w:numPr>
      </w:pPr>
      <w:r>
        <w:t>Éves eredmények összegzése</w:t>
      </w:r>
      <w:r>
        <w:br/>
        <w:t>- Tagvállalati visszajelzések</w:t>
      </w:r>
      <w:r>
        <w:br/>
        <w:t>- 2027-es tervezés előkészítése</w:t>
      </w:r>
    </w:p>
    <w:p w14:paraId="5FA0406D" w14:textId="77777777" w:rsidR="00350F73" w:rsidRDefault="00350F73" w:rsidP="00350F73"/>
    <w:sectPr w:rsidR="00350F7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79786A"/>
    <w:multiLevelType w:val="multilevel"/>
    <w:tmpl w:val="77CAE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1C41CC"/>
    <w:multiLevelType w:val="hybridMultilevel"/>
    <w:tmpl w:val="339060FA"/>
    <w:lvl w:ilvl="0" w:tplc="2FA67620">
      <w:start w:val="4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A23600"/>
    <w:multiLevelType w:val="multilevel"/>
    <w:tmpl w:val="DBDAEE7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16768B"/>
    <w:multiLevelType w:val="hybridMultilevel"/>
    <w:tmpl w:val="568E0FDE"/>
    <w:lvl w:ilvl="0" w:tplc="09BCB752">
      <w:start w:val="2026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AA1AB6"/>
    <w:multiLevelType w:val="multilevel"/>
    <w:tmpl w:val="CF3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6230FD"/>
    <w:multiLevelType w:val="hybridMultilevel"/>
    <w:tmpl w:val="819259D4"/>
    <w:lvl w:ilvl="0" w:tplc="E82EEDBA">
      <w:start w:val="2026"/>
      <w:numFmt w:val="bullet"/>
      <w:lvlText w:val="-"/>
      <w:lvlJc w:val="left"/>
      <w:pPr>
        <w:ind w:left="41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6" w15:restartNumberingAfterBreak="0">
    <w:nsid w:val="551F60A0"/>
    <w:multiLevelType w:val="multilevel"/>
    <w:tmpl w:val="29DC4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BF874F5"/>
    <w:multiLevelType w:val="multilevel"/>
    <w:tmpl w:val="429A8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2B782B"/>
    <w:multiLevelType w:val="multilevel"/>
    <w:tmpl w:val="9A1E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8F811AB"/>
    <w:multiLevelType w:val="hybridMultilevel"/>
    <w:tmpl w:val="42CA922E"/>
    <w:lvl w:ilvl="0" w:tplc="EBF6E4C6">
      <w:start w:val="2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A4556A"/>
    <w:multiLevelType w:val="multilevel"/>
    <w:tmpl w:val="FDC2A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7642166">
    <w:abstractNumId w:val="8"/>
  </w:num>
  <w:num w:numId="2" w16cid:durableId="916748444">
    <w:abstractNumId w:val="6"/>
  </w:num>
  <w:num w:numId="3" w16cid:durableId="456072377">
    <w:abstractNumId w:val="5"/>
  </w:num>
  <w:num w:numId="4" w16cid:durableId="152334297">
    <w:abstractNumId w:val="4"/>
  </w:num>
  <w:num w:numId="5" w16cid:durableId="1480927742">
    <w:abstractNumId w:val="7"/>
  </w:num>
  <w:num w:numId="6" w16cid:durableId="1648893763">
    <w:abstractNumId w:val="3"/>
  </w:num>
  <w:num w:numId="7" w16cid:durableId="1798252634">
    <w:abstractNumId w:val="2"/>
  </w:num>
  <w:num w:numId="8" w16cid:durableId="200672897">
    <w:abstractNumId w:val="1"/>
  </w:num>
  <w:num w:numId="9" w16cid:durableId="536702044">
    <w:abstractNumId w:val="0"/>
  </w:num>
  <w:num w:numId="10" w16cid:durableId="2051566031">
    <w:abstractNumId w:val="12"/>
  </w:num>
  <w:num w:numId="11" w16cid:durableId="851531503">
    <w:abstractNumId w:val="17"/>
  </w:num>
  <w:num w:numId="12" w16cid:durableId="509948202">
    <w:abstractNumId w:val="9"/>
  </w:num>
  <w:num w:numId="13" w16cid:durableId="1239898557">
    <w:abstractNumId w:val="18"/>
  </w:num>
  <w:num w:numId="14" w16cid:durableId="1940062686">
    <w:abstractNumId w:val="20"/>
  </w:num>
  <w:num w:numId="15" w16cid:durableId="850609288">
    <w:abstractNumId w:val="14"/>
  </w:num>
  <w:num w:numId="16" w16cid:durableId="670106139">
    <w:abstractNumId w:val="19"/>
  </w:num>
  <w:num w:numId="17" w16cid:durableId="507016854">
    <w:abstractNumId w:val="10"/>
  </w:num>
  <w:num w:numId="18" w16cid:durableId="1377044825">
    <w:abstractNumId w:val="16"/>
  </w:num>
  <w:num w:numId="19" w16cid:durableId="1375807499">
    <w:abstractNumId w:val="11"/>
  </w:num>
  <w:num w:numId="20" w16cid:durableId="1401908444">
    <w:abstractNumId w:val="15"/>
  </w:num>
  <w:num w:numId="21" w16cid:durableId="2518637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AE5"/>
    <w:rsid w:val="00034616"/>
    <w:rsid w:val="000364DA"/>
    <w:rsid w:val="0006063C"/>
    <w:rsid w:val="00061882"/>
    <w:rsid w:val="00065151"/>
    <w:rsid w:val="000812F5"/>
    <w:rsid w:val="00095E5A"/>
    <w:rsid w:val="000A6D07"/>
    <w:rsid w:val="000A7925"/>
    <w:rsid w:val="000E7331"/>
    <w:rsid w:val="000F3CF7"/>
    <w:rsid w:val="000F4E30"/>
    <w:rsid w:val="000F68C2"/>
    <w:rsid w:val="00102A1D"/>
    <w:rsid w:val="00134F80"/>
    <w:rsid w:val="00135002"/>
    <w:rsid w:val="00146355"/>
    <w:rsid w:val="0015074B"/>
    <w:rsid w:val="00177F96"/>
    <w:rsid w:val="00196ADA"/>
    <w:rsid w:val="001F6D5E"/>
    <w:rsid w:val="0023245B"/>
    <w:rsid w:val="00240C8D"/>
    <w:rsid w:val="00256BBC"/>
    <w:rsid w:val="00261A72"/>
    <w:rsid w:val="0029639D"/>
    <w:rsid w:val="002B208D"/>
    <w:rsid w:val="002B3784"/>
    <w:rsid w:val="002E63BE"/>
    <w:rsid w:val="00326F90"/>
    <w:rsid w:val="00340C6C"/>
    <w:rsid w:val="00350F73"/>
    <w:rsid w:val="003944FC"/>
    <w:rsid w:val="003968E4"/>
    <w:rsid w:val="003C0709"/>
    <w:rsid w:val="003E1A78"/>
    <w:rsid w:val="00400AFA"/>
    <w:rsid w:val="00496422"/>
    <w:rsid w:val="004C64B3"/>
    <w:rsid w:val="004E07FA"/>
    <w:rsid w:val="00501F05"/>
    <w:rsid w:val="005153A2"/>
    <w:rsid w:val="00545A1B"/>
    <w:rsid w:val="00593B6D"/>
    <w:rsid w:val="005D2771"/>
    <w:rsid w:val="005F4B76"/>
    <w:rsid w:val="005F7095"/>
    <w:rsid w:val="00643E29"/>
    <w:rsid w:val="00654CEA"/>
    <w:rsid w:val="006742AA"/>
    <w:rsid w:val="006C56C3"/>
    <w:rsid w:val="006F5AE5"/>
    <w:rsid w:val="007056E4"/>
    <w:rsid w:val="00743C05"/>
    <w:rsid w:val="00791140"/>
    <w:rsid w:val="007B2FFE"/>
    <w:rsid w:val="00817135"/>
    <w:rsid w:val="008312C2"/>
    <w:rsid w:val="008403B3"/>
    <w:rsid w:val="0085063F"/>
    <w:rsid w:val="008A594D"/>
    <w:rsid w:val="00903E68"/>
    <w:rsid w:val="009077CB"/>
    <w:rsid w:val="009316BD"/>
    <w:rsid w:val="00966FD8"/>
    <w:rsid w:val="00973122"/>
    <w:rsid w:val="009C45FB"/>
    <w:rsid w:val="009C5572"/>
    <w:rsid w:val="009D6F9A"/>
    <w:rsid w:val="009E67A3"/>
    <w:rsid w:val="009F1F58"/>
    <w:rsid w:val="00A1775D"/>
    <w:rsid w:val="00A20934"/>
    <w:rsid w:val="00A27E04"/>
    <w:rsid w:val="00A3000F"/>
    <w:rsid w:val="00A418A4"/>
    <w:rsid w:val="00AA1D8D"/>
    <w:rsid w:val="00AA46A5"/>
    <w:rsid w:val="00AB040E"/>
    <w:rsid w:val="00AD2209"/>
    <w:rsid w:val="00B47730"/>
    <w:rsid w:val="00B862E3"/>
    <w:rsid w:val="00BC0147"/>
    <w:rsid w:val="00BE6E58"/>
    <w:rsid w:val="00BF11A7"/>
    <w:rsid w:val="00C136B4"/>
    <w:rsid w:val="00CB0664"/>
    <w:rsid w:val="00D36D30"/>
    <w:rsid w:val="00DB682C"/>
    <w:rsid w:val="00DF55B0"/>
    <w:rsid w:val="00DF79ED"/>
    <w:rsid w:val="00E63401"/>
    <w:rsid w:val="00E71355"/>
    <w:rsid w:val="00E849A1"/>
    <w:rsid w:val="00EE47A8"/>
    <w:rsid w:val="00F14327"/>
    <w:rsid w:val="00F356D0"/>
    <w:rsid w:val="00F92FD6"/>
    <w:rsid w:val="00FC693F"/>
    <w:rsid w:val="00FD1AB7"/>
    <w:rsid w:val="00FD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44E644"/>
  <w14:defaultImageDpi w14:val="300"/>
  <w15:docId w15:val="{85521143-CBD7-41A4-82E6-E8A2B574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DF55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55B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51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6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inkedin.com/in/reka-szeremley-dr-12382831" TargetMode="Externa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viktorbalint/" TargetMode="Externa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6503C5E-C147-4CF4-B86E-EF1DF512B948}"/>
</file>

<file path=customXml/itemProps3.xml><?xml version="1.0" encoding="utf-8"?>
<ds:datastoreItem xmlns:ds="http://schemas.openxmlformats.org/officeDocument/2006/customXml" ds:itemID="{E63C86CA-3A89-452A-9CC3-219C74418580}"/>
</file>

<file path=customXml/itemProps4.xml><?xml version="1.0" encoding="utf-8"?>
<ds:datastoreItem xmlns:ds="http://schemas.openxmlformats.org/officeDocument/2006/customXml" ds:itemID="{8C73B3E4-B77C-48DC-8DF2-F28F07EE2F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1125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Reka Szeremley</cp:lastModifiedBy>
  <cp:revision>2</cp:revision>
  <dcterms:created xsi:type="dcterms:W3CDTF">2026-03-26T16:34:00Z</dcterms:created>
  <dcterms:modified xsi:type="dcterms:W3CDTF">2026-03-26T16:34:00Z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</Properties>
</file>